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פתיחה אישית וקצרה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להתאים את ההצגה למקום הספציפי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משהו שעשיתי כמו התנדבות או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דוגמה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ממליץ לבחור 2-3 דברים שמראים מי את/ה, לא לקרוא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הטיפים המרכזיים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כתוב 'לא חובה' לגבי משהו קצר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הדף נותן דוגמאות שונות למגמות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חלק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(שם, גיל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(תחביבים הקשורים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(התנדבות או פרויקט שעשיתי)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מושך אותי למקום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אני מקווה ללמוד או לתרום)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2-3 דברים שמראים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קצרה עם שם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דוגמה אחת שמראה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להסביר למה המקום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לסיים במשפט על מה אני מקווה ללמוד או לתרום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לתרגל בקול מול שעון עד דקה וחצי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את חמשת החלקים: מי אני, מה מעניין אותי, דוגמה לחוזקה, למה אני כאן, משפט סיום - בצורה אישית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להדגיש את התכונות והדוגמאות הכי רלוונטיות למקום, ולהראות שהמועמד/ת מתאים/ה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דקה וחצי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פרויקטים טכניים כמו בניית דגמים או תכנות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תלמיד/ה מציג/ה את ההצגה העצמית לפני חבר/ה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בדוגמאות אמיתיות מחיי התלמידים ולא רק דוגמה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ההתאמה למקום הספציפי - אפשר להביא דוגמה ממגמה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כמעט כל ראיון נפתח בבקשה ״ספר/י לי על עצמך״. בדף הזה נתרגל לבנות תשובה מנצחת לפי שיטה של חמישה חלקים.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במתכון להצגה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החלק הראשון במתכון?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אני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לחוזקה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להיות בחלק של 'דוגמה שמראה חוזקה'?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כל הציונים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שעשיתי כמו התנדבות או 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המשפחה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תחביבים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מומלץ לתרגל את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דוגמה מתאימה למגמת אמנות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ועמידה בזמנים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משפחתי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לקרוא קורות חיים בעל פה בהצגה העצמית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את ההצגה בסדר כרונולוגי או לפי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להיות אמיתי/ת ולא לשחק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על המשפחה הוא חובה בכל הצגה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להתאים את ההצגה למקום אליו מגיעים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החמישי והאחרון במתכון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הרביעי מספרים למה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השני מספרים מה __________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לתרגל את ההצגה בקול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לעבודה כדאי להדגיש אחריות ועמידה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חלק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מושך אותי למקום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התנדבות או פרויקט שעשיתי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שמראה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אני מקווה ללמוד או 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אני כאן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תחביבים הקשורים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שם, גיל וכיתה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בקול מול שעון עד דקה וחצי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2-3 דברים שמראים 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המקום מעניין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במשפט על מה אני מקווה ללמוד או לתרום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 קצרה עם שם וכיתה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דוגמה אחת שמראה חוזקה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קצרה לראיון, לפי חמשת החלקים מהדף (עד דקה וחצי בקריאה בקול)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להתאים את ההצגה העצמית למקום הספציפי שאליו מגיעים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המתכון להצגה העצמית?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מומלץ שההצגה העצמית תימשך?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לאיך מתאימים הצגה עצמית למגמת הנדסה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״ספר/י לי על עצמך״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