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חלקי ההצגה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פתיחה אישית וקצרה לראיון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להתאים את ההצגה למקום הספציפי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הדף ממליץ לבחור 2-3 דברים שמראים מי את/ה, לא לקרוא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בטיפים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חלק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(שם, גיל וכיתה)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(תחביבים הקשורים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(התנדבות או פרויקט שעשיתי)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מושך אותי למקום הזה)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2-3 דברים שמראים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פתיחה קצרה עם שם וכיתה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דוגמה אחת שמראה חוזקה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להסביר למה המקום מעניין אותי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את חמשת החלקים: מי אני, מה מעניין אותי, דוגמה לחוזקה, למה אני כאן, משפט סיום - בצורה אישית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אני, מה מעניין אותי, דוגמה לחוזקה, למה אני כאן, משפט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דקה וחצי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פרויקטים טכניים כמו בניית דגמים או תכנות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כל תלמיד/ה מציג/ה את ההצגה העצמית לפני חבר/ה עם שעון עצר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בדוגמאות אמיתיות מחיי התלמידים ולא רק דוגמה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ההתאמה למקום הספציפי - אפשר להביא דוגמה ממגמה בבית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״ספר/י לי על עצמך״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כמעט כל ראיון נפתח בבקשה ״ספר/י לי על עצמך״. בדף הזה נתרגל לבנות תשובה מנצחת לפי שיטה של חמישה חלקים.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כאן  ·  מעניין  ·  סיום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חלקים יש במתכון להצגה העצמית?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החלק הראשון במתכון?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 אני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 לחוזקה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לקרוא קורות חיים בעל פה בהצגה העצמית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לספר את ההצגה בסדר כרונולוגי או לפי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החלק החמישי והאחרון במתכון נקרא 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בחלק הרביעי מספרים למה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בחלק השני מספרים מה __________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חלק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תחביבים הקשורים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מעניין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שם, גיל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דוגמה שמראה חוזקה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מושך אותי למקום הזה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למה אני כאן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התנדבות או פרויקט שעשיתי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בנו הצגה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להסביר למה המקום מעניין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2-3 דברים שמראים מי 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פתיחה קצרה עם שם וכיתה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להוסיף דוגמה אחת שמראה חוזקה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הצגה עצמית קצרה לראיון, לפי חמשת החלקים מהדף (עד דקה וחצי בקריאה בקול)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חלקי המתכון להצגה העצמית?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זמן מומלץ שההצגה העצמית תימשך?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״ספר/י לי על עצמך״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